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50B3F" w:rsidRDefault="00E204F5">
      <w:pPr>
        <w:pStyle w:val="Nadpis1"/>
      </w:pPr>
      <w:proofErr w:type="spellStart"/>
      <w:r>
        <w:t>Práca</w:t>
      </w:r>
      <w:proofErr w:type="spellEnd"/>
      <w:r>
        <w:t xml:space="preserve"> so </w:t>
      </w:r>
      <w:proofErr w:type="spellStart"/>
      <w:r>
        <w:t>šablónou</w:t>
      </w:r>
      <w:proofErr w:type="spellEnd"/>
    </w:p>
    <w:p w:rsidR="00F50B3F" w:rsidRDefault="00E204F5">
      <w:pPr>
        <w:pStyle w:val="Nadpis2"/>
      </w:pPr>
      <w:proofErr w:type="spellStart"/>
      <w:r>
        <w:t>Postup</w:t>
      </w:r>
      <w:proofErr w:type="spellEnd"/>
      <w:r>
        <w:t xml:space="preserve"> </w:t>
      </w:r>
      <w:proofErr w:type="spellStart"/>
      <w:r>
        <w:t>práce</w:t>
      </w:r>
      <w:proofErr w:type="spellEnd"/>
    </w:p>
    <w:p w:rsidR="00F50B3F" w:rsidRDefault="00E204F5">
      <w:r>
        <w:t>1. Otvor program Microsoft Word.</w:t>
      </w:r>
    </w:p>
    <w:p w:rsidR="00F50B3F" w:rsidRDefault="00E204F5">
      <w:r>
        <w:t>2. Klikni na možnosť Nový dokument.</w:t>
      </w:r>
    </w:p>
    <w:p w:rsidR="00F50B3F" w:rsidRDefault="00E204F5">
      <w:r>
        <w:t>3. Do vyhľadávania šablón napíš: Diplom alebo Pozvánka.</w:t>
      </w:r>
    </w:p>
    <w:p w:rsidR="00F50B3F" w:rsidRDefault="00E204F5">
      <w:r>
        <w:t>4. Vyber jednu šablónu a otvor ju.</w:t>
      </w:r>
    </w:p>
    <w:p w:rsidR="00F50B3F" w:rsidRDefault="00E204F5">
      <w:r>
        <w:t>5. Uprav šablónu podľa zadania nižšie.</w:t>
      </w:r>
    </w:p>
    <w:p w:rsidR="00F50B3F" w:rsidRDefault="00E204F5">
      <w:pPr>
        <w:pStyle w:val="Nadpis2"/>
      </w:pPr>
      <w:r>
        <w:t>Úloha A – DIPLOM</w:t>
      </w:r>
    </w:p>
    <w:p w:rsidR="00F50B3F" w:rsidRDefault="00E204F5">
      <w:r>
        <w:t>Vytvor diplom pre školskú s</w:t>
      </w:r>
      <w:r>
        <w:t>úťaž.</w:t>
      </w:r>
    </w:p>
    <w:p w:rsidR="00F50B3F" w:rsidRDefault="00E204F5">
      <w:r>
        <w:t>Dokument musí obsahovať:</w:t>
      </w:r>
    </w:p>
    <w:p w:rsidR="00F50B3F" w:rsidRDefault="00E204F5">
      <w:r>
        <w:t>• názov DIPLOM</w:t>
      </w:r>
    </w:p>
    <w:p w:rsidR="00F50B3F" w:rsidRDefault="00E204F5">
      <w:r>
        <w:t>• názov súťaže</w:t>
      </w:r>
    </w:p>
    <w:p w:rsidR="00F50B3F" w:rsidRDefault="00E204F5">
      <w:r>
        <w:t>• meno víťaza</w:t>
      </w:r>
    </w:p>
    <w:p w:rsidR="00F50B3F" w:rsidRDefault="00E204F5">
      <w:r>
        <w:t>• umiestnenie (1., 2. alebo 3. miesto)</w:t>
      </w:r>
    </w:p>
    <w:p w:rsidR="00F50B3F" w:rsidRDefault="00E204F5">
      <w:r>
        <w:t>• dátum</w:t>
      </w:r>
    </w:p>
    <w:p w:rsidR="00F50B3F" w:rsidRDefault="00E204F5">
      <w:r>
        <w:t>• názov školy</w:t>
      </w:r>
    </w:p>
    <w:p w:rsidR="00F50B3F" w:rsidRDefault="00E204F5">
      <w:r>
        <w:t>• podpis učiteľa alebo riaditeľa</w:t>
      </w:r>
    </w:p>
    <w:p w:rsidR="00F50B3F" w:rsidRDefault="00E204F5">
      <w:pPr>
        <w:pStyle w:val="Nadpis2"/>
      </w:pPr>
      <w:r>
        <w:t>Úloha B – POZVÁNKA</w:t>
      </w:r>
    </w:p>
    <w:p w:rsidR="00F50B3F" w:rsidRDefault="00E204F5">
      <w:r>
        <w:t>Vytvor pozvánku na školské podujatie.</w:t>
      </w:r>
    </w:p>
    <w:p w:rsidR="00F50B3F" w:rsidRDefault="00E204F5">
      <w:r>
        <w:t>Dokument musí obsahovať:</w:t>
      </w:r>
    </w:p>
    <w:p w:rsidR="00F50B3F" w:rsidRDefault="00E204F5">
      <w:r>
        <w:t>• nad</w:t>
      </w:r>
      <w:r>
        <w:t>pis Pozvánka</w:t>
      </w:r>
    </w:p>
    <w:p w:rsidR="00F50B3F" w:rsidRDefault="00E204F5">
      <w:r>
        <w:t>• názov podujatia</w:t>
      </w:r>
    </w:p>
    <w:p w:rsidR="00F50B3F" w:rsidRDefault="00E204F5">
      <w:r>
        <w:t>• dátum a čas</w:t>
      </w:r>
    </w:p>
    <w:p w:rsidR="00F50B3F" w:rsidRDefault="00E204F5">
      <w:r>
        <w:t>• miesto konania</w:t>
      </w:r>
    </w:p>
    <w:p w:rsidR="00F50B3F" w:rsidRDefault="00E204F5">
      <w:r>
        <w:t>• krátky text pozvania</w:t>
      </w:r>
    </w:p>
    <w:p w:rsidR="00F50B3F" w:rsidRDefault="00E204F5">
      <w:r>
        <w:t>• obrázok alebo dekoráciu</w:t>
      </w:r>
    </w:p>
    <w:p w:rsidR="00F50B3F" w:rsidRDefault="00E204F5">
      <w:pPr>
        <w:pStyle w:val="Nadpis2"/>
      </w:pPr>
      <w:r>
        <w:lastRenderedPageBreak/>
        <w:t>Dodatočné úpravy dokumentu</w:t>
      </w:r>
    </w:p>
    <w:p w:rsidR="00F50B3F" w:rsidRDefault="00E204F5">
      <w:r>
        <w:t>• Zmeň typ alebo farbu písma.</w:t>
      </w:r>
    </w:p>
    <w:p w:rsidR="00F50B3F" w:rsidRDefault="00E204F5">
      <w:r>
        <w:t>• Zmeň veľkosť nadpisu.</w:t>
      </w:r>
    </w:p>
    <w:p w:rsidR="00F50B3F" w:rsidRDefault="00E204F5">
      <w:r>
        <w:t>• Vlož obrázok alebo ikonu.</w:t>
      </w:r>
    </w:p>
    <w:p w:rsidR="00F50B3F" w:rsidRDefault="00E204F5">
      <w:r>
        <w:t>• Uprav zarovnanie textu.</w:t>
      </w:r>
    </w:p>
    <w:p w:rsidR="00F50B3F" w:rsidRDefault="00E204F5">
      <w:pPr>
        <w:pStyle w:val="Nadpis2"/>
      </w:pPr>
      <w:r>
        <w:t>Sebahodnotenie</w:t>
      </w:r>
    </w:p>
    <w:p w:rsidR="00F50B3F" w:rsidRDefault="00E204F5">
      <w:r>
        <w:t>Odpovedz na otázky:</w:t>
      </w:r>
    </w:p>
    <w:p w:rsidR="00F50B3F" w:rsidRDefault="00E204F5">
      <w:r>
        <w:t>1. Použil/a som šablónu vo Worde?  ÁNO / NIE</w:t>
      </w:r>
    </w:p>
    <w:p w:rsidR="00F50B3F" w:rsidRDefault="00E204F5">
      <w:r>
        <w:t>2. Doplnil/a som všetky potrebné informácie?  ÁNO / NIE</w:t>
      </w:r>
    </w:p>
    <w:p w:rsidR="00F50B3F" w:rsidRDefault="00E204F5">
      <w:r>
        <w:t xml:space="preserve">3. Upravil/a som vzhľad dokumentu (písmo, obrázok, </w:t>
      </w:r>
      <w:bookmarkStart w:id="0" w:name="_GoBack"/>
      <w:r>
        <w:t>farby)?  ÁNO / NIE</w:t>
      </w:r>
      <w:bookmarkEnd w:id="0"/>
    </w:p>
    <w:sectPr w:rsidR="00F50B3F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slovanzoznam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slovanzoznam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Zoznamsodrkami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Zoznamsodrkami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slovanzoznam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Zoznamsodrkami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9639D"/>
    <w:rsid w:val="00326F90"/>
    <w:rsid w:val="005F6699"/>
    <w:rsid w:val="00AA1D8D"/>
    <w:rsid w:val="00B47730"/>
    <w:rsid w:val="00CB0664"/>
    <w:rsid w:val="00E204F5"/>
    <w:rsid w:val="00F50B3F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300"/>
  <w15:docId w15:val="{BBCBEF1F-D438-4554-9522-2AF0E646D6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FC693F"/>
  </w:style>
  <w:style w:type="paragraph" w:styleId="Nadpis1">
    <w:name w:val="heading 1"/>
    <w:basedOn w:val="Normlny"/>
    <w:next w:val="Normlny"/>
    <w:link w:val="Nadpis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dpis2">
    <w:name w:val="heading 2"/>
    <w:basedOn w:val="Normlny"/>
    <w:next w:val="Normlny"/>
    <w:link w:val="Nadpis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dpis3">
    <w:name w:val="heading 3"/>
    <w:basedOn w:val="Normlny"/>
    <w:next w:val="Normlny"/>
    <w:link w:val="Nadpis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E618BF"/>
  </w:style>
  <w:style w:type="paragraph" w:styleId="Pta">
    <w:name w:val="footer"/>
    <w:basedOn w:val="Normlny"/>
    <w:link w:val="Pta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E618BF"/>
  </w:style>
  <w:style w:type="paragraph" w:styleId="Bezriadkovania">
    <w:name w:val="No Spacing"/>
    <w:uiPriority w:val="1"/>
    <w:qFormat/>
    <w:rsid w:val="00FC693F"/>
    <w:pPr>
      <w:spacing w:after="0" w:line="240" w:lineRule="auto"/>
    </w:pPr>
  </w:style>
  <w:style w:type="character" w:customStyle="1" w:styleId="Nadpis1Char">
    <w:name w:val="Nadpis 1 Char"/>
    <w:basedOn w:val="Predvolenpsmoodseku"/>
    <w:link w:val="Nadpis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dpis2Char">
    <w:name w:val="Nadpis 2 Char"/>
    <w:basedOn w:val="Predvolenpsmoodseku"/>
    <w:link w:val="Nadpis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dpis3Char">
    <w:name w:val="Nadpis 3 Char"/>
    <w:basedOn w:val="Predvolenpsmoodseku"/>
    <w:link w:val="Nadpis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zov">
    <w:name w:val="Title"/>
    <w:basedOn w:val="Normlny"/>
    <w:next w:val="Normlny"/>
    <w:link w:val="Nzov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NzovChar">
    <w:name w:val="Názov Char"/>
    <w:basedOn w:val="Predvolenpsmoodseku"/>
    <w:link w:val="Nzov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itulChar">
    <w:name w:val="Podtitul Char"/>
    <w:basedOn w:val="Predvolenpsmoodseku"/>
    <w:link w:val="Podtitu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Odsekzoznamu">
    <w:name w:val="List Paragraph"/>
    <w:basedOn w:val="Normlny"/>
    <w:uiPriority w:val="34"/>
    <w:qFormat/>
    <w:rsid w:val="00FC693F"/>
    <w:pPr>
      <w:ind w:left="720"/>
      <w:contextualSpacing/>
    </w:pPr>
  </w:style>
  <w:style w:type="paragraph" w:styleId="Zkladntext">
    <w:name w:val="Body Text"/>
    <w:basedOn w:val="Normlny"/>
    <w:link w:val="ZkladntextChar"/>
    <w:uiPriority w:val="99"/>
    <w:unhideWhenUsed/>
    <w:rsid w:val="00AA1D8D"/>
    <w:pPr>
      <w:spacing w:after="120"/>
    </w:pPr>
  </w:style>
  <w:style w:type="character" w:customStyle="1" w:styleId="ZkladntextChar">
    <w:name w:val="Základný text Char"/>
    <w:basedOn w:val="Predvolenpsmoodseku"/>
    <w:link w:val="Zkladntext"/>
    <w:uiPriority w:val="99"/>
    <w:rsid w:val="00AA1D8D"/>
  </w:style>
  <w:style w:type="paragraph" w:styleId="Zkladntext2">
    <w:name w:val="Body Text 2"/>
    <w:basedOn w:val="Normlny"/>
    <w:link w:val="Zkladntext2Char"/>
    <w:uiPriority w:val="99"/>
    <w:unhideWhenUsed/>
    <w:rsid w:val="00AA1D8D"/>
    <w:pPr>
      <w:spacing w:after="120" w:line="480" w:lineRule="auto"/>
    </w:pPr>
  </w:style>
  <w:style w:type="character" w:customStyle="1" w:styleId="Zkladntext2Char">
    <w:name w:val="Základný text 2 Char"/>
    <w:basedOn w:val="Predvolenpsmoodseku"/>
    <w:link w:val="Zkladntext2"/>
    <w:uiPriority w:val="99"/>
    <w:rsid w:val="00AA1D8D"/>
  </w:style>
  <w:style w:type="paragraph" w:styleId="Zkladntext3">
    <w:name w:val="Body Text 3"/>
    <w:basedOn w:val="Normlny"/>
    <w:link w:val="Zkladn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Zkladntext3Char">
    <w:name w:val="Základný text 3 Char"/>
    <w:basedOn w:val="Predvolenpsmoodseku"/>
    <w:link w:val="Zkladntext3"/>
    <w:uiPriority w:val="99"/>
    <w:rsid w:val="00AA1D8D"/>
    <w:rPr>
      <w:sz w:val="16"/>
      <w:szCs w:val="16"/>
    </w:rPr>
  </w:style>
  <w:style w:type="paragraph" w:styleId="Zoznam">
    <w:name w:val="List"/>
    <w:basedOn w:val="Normlny"/>
    <w:uiPriority w:val="99"/>
    <w:unhideWhenUsed/>
    <w:rsid w:val="00AA1D8D"/>
    <w:pPr>
      <w:ind w:left="360" w:hanging="360"/>
      <w:contextualSpacing/>
    </w:pPr>
  </w:style>
  <w:style w:type="paragraph" w:styleId="Zoznam2">
    <w:name w:val="List 2"/>
    <w:basedOn w:val="Normlny"/>
    <w:uiPriority w:val="99"/>
    <w:unhideWhenUsed/>
    <w:rsid w:val="00326F90"/>
    <w:pPr>
      <w:ind w:left="720" w:hanging="360"/>
      <w:contextualSpacing/>
    </w:pPr>
  </w:style>
  <w:style w:type="paragraph" w:styleId="Zoznam3">
    <w:name w:val="List 3"/>
    <w:basedOn w:val="Normlny"/>
    <w:uiPriority w:val="99"/>
    <w:unhideWhenUsed/>
    <w:rsid w:val="00326F90"/>
    <w:pPr>
      <w:ind w:left="1080" w:hanging="360"/>
      <w:contextualSpacing/>
    </w:pPr>
  </w:style>
  <w:style w:type="paragraph" w:styleId="Zoznamsodrkami">
    <w:name w:val="List Bullet"/>
    <w:basedOn w:val="Normlny"/>
    <w:uiPriority w:val="99"/>
    <w:unhideWhenUsed/>
    <w:rsid w:val="00326F90"/>
    <w:pPr>
      <w:numPr>
        <w:numId w:val="1"/>
      </w:numPr>
      <w:contextualSpacing/>
    </w:pPr>
  </w:style>
  <w:style w:type="paragraph" w:styleId="Zoznamsodrkami2">
    <w:name w:val="List Bullet 2"/>
    <w:basedOn w:val="Normlny"/>
    <w:uiPriority w:val="99"/>
    <w:unhideWhenUsed/>
    <w:rsid w:val="00326F90"/>
    <w:pPr>
      <w:numPr>
        <w:numId w:val="2"/>
      </w:numPr>
      <w:contextualSpacing/>
    </w:pPr>
  </w:style>
  <w:style w:type="paragraph" w:styleId="Zoznamsodrkami3">
    <w:name w:val="List Bullet 3"/>
    <w:basedOn w:val="Normlny"/>
    <w:uiPriority w:val="99"/>
    <w:unhideWhenUsed/>
    <w:rsid w:val="00326F90"/>
    <w:pPr>
      <w:numPr>
        <w:numId w:val="3"/>
      </w:numPr>
      <w:contextualSpacing/>
    </w:pPr>
  </w:style>
  <w:style w:type="paragraph" w:styleId="slovanzoznam">
    <w:name w:val="List Number"/>
    <w:basedOn w:val="Normlny"/>
    <w:uiPriority w:val="99"/>
    <w:unhideWhenUsed/>
    <w:rsid w:val="00326F90"/>
    <w:pPr>
      <w:numPr>
        <w:numId w:val="5"/>
      </w:numPr>
      <w:contextualSpacing/>
    </w:pPr>
  </w:style>
  <w:style w:type="paragraph" w:styleId="slovanzoznam2">
    <w:name w:val="List Number 2"/>
    <w:basedOn w:val="Normlny"/>
    <w:uiPriority w:val="99"/>
    <w:unhideWhenUsed/>
    <w:rsid w:val="0029639D"/>
    <w:pPr>
      <w:numPr>
        <w:numId w:val="6"/>
      </w:numPr>
      <w:contextualSpacing/>
    </w:pPr>
  </w:style>
  <w:style w:type="paragraph" w:styleId="slovanzoznam3">
    <w:name w:val="List Number 3"/>
    <w:basedOn w:val="Normlny"/>
    <w:uiPriority w:val="99"/>
    <w:unhideWhenUsed/>
    <w:rsid w:val="0029639D"/>
    <w:pPr>
      <w:numPr>
        <w:numId w:val="7"/>
      </w:numPr>
      <w:contextualSpacing/>
    </w:pPr>
  </w:style>
  <w:style w:type="paragraph" w:styleId="Pokraovaniezoznamu">
    <w:name w:val="List Continue"/>
    <w:basedOn w:val="Normlny"/>
    <w:uiPriority w:val="99"/>
    <w:unhideWhenUsed/>
    <w:rsid w:val="0029639D"/>
    <w:pPr>
      <w:spacing w:after="120"/>
      <w:ind w:left="360"/>
      <w:contextualSpacing/>
    </w:pPr>
  </w:style>
  <w:style w:type="paragraph" w:styleId="Pokraovaniezoznamu2">
    <w:name w:val="List Continue 2"/>
    <w:basedOn w:val="Normlny"/>
    <w:uiPriority w:val="99"/>
    <w:unhideWhenUsed/>
    <w:rsid w:val="0029639D"/>
    <w:pPr>
      <w:spacing w:after="120"/>
      <w:ind w:left="720"/>
      <w:contextualSpacing/>
    </w:pPr>
  </w:style>
  <w:style w:type="paragraph" w:styleId="Pokraovaniezoznamu3">
    <w:name w:val="List Continue 3"/>
    <w:basedOn w:val="Normlny"/>
    <w:uiPriority w:val="99"/>
    <w:unhideWhenUsed/>
    <w:rsid w:val="0029639D"/>
    <w:pPr>
      <w:spacing w:after="120"/>
      <w:ind w:left="1080"/>
      <w:contextualSpacing/>
    </w:pPr>
  </w:style>
  <w:style w:type="paragraph" w:styleId="Textmakra">
    <w:name w:val="macro"/>
    <w:link w:val="Textmakra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makraChar">
    <w:name w:val="Text makra Char"/>
    <w:basedOn w:val="Predvolenpsmoodseku"/>
    <w:link w:val="Textmakra"/>
    <w:uiPriority w:val="99"/>
    <w:rsid w:val="0029639D"/>
    <w:rPr>
      <w:rFonts w:ascii="Courier" w:hAnsi="Courier"/>
      <w:sz w:val="20"/>
      <w:szCs w:val="20"/>
    </w:rPr>
  </w:style>
  <w:style w:type="paragraph" w:styleId="Citcia">
    <w:name w:val="Quote"/>
    <w:basedOn w:val="Normlny"/>
    <w:next w:val="Normlny"/>
    <w:link w:val="CitciaChar"/>
    <w:uiPriority w:val="29"/>
    <w:qFormat/>
    <w:rsid w:val="00FC693F"/>
    <w:rPr>
      <w:i/>
      <w:iCs/>
      <w:color w:val="000000" w:themeColor="text1"/>
    </w:rPr>
  </w:style>
  <w:style w:type="character" w:customStyle="1" w:styleId="CitciaChar">
    <w:name w:val="Citácia Char"/>
    <w:basedOn w:val="Predvolenpsmoodseku"/>
    <w:link w:val="Citcia"/>
    <w:uiPriority w:val="29"/>
    <w:rsid w:val="00FC693F"/>
    <w:rPr>
      <w:i/>
      <w:iCs/>
      <w:color w:val="000000" w:themeColor="text1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Popis">
    <w:name w:val="caption"/>
    <w:basedOn w:val="Normlny"/>
    <w:next w:val="Normlny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Vrazn">
    <w:name w:val="Strong"/>
    <w:basedOn w:val="Predvolenpsmoodseku"/>
    <w:uiPriority w:val="22"/>
    <w:qFormat/>
    <w:rsid w:val="00FC693F"/>
    <w:rPr>
      <w:b/>
      <w:bCs/>
    </w:rPr>
  </w:style>
  <w:style w:type="character" w:styleId="Zvraznenie">
    <w:name w:val="Emphasis"/>
    <w:basedOn w:val="Predvolenpsmoodseku"/>
    <w:uiPriority w:val="20"/>
    <w:qFormat/>
    <w:rsid w:val="00FC693F"/>
    <w:rPr>
      <w:i/>
      <w:iCs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FC693F"/>
    <w:rPr>
      <w:b/>
      <w:bCs/>
      <w:i/>
      <w:iCs/>
      <w:color w:val="4F81BD" w:themeColor="accent1"/>
    </w:rPr>
  </w:style>
  <w:style w:type="character" w:styleId="Jemnzvraznenie">
    <w:name w:val="Subtle Emphasis"/>
    <w:basedOn w:val="Predvolenpsmoodseku"/>
    <w:uiPriority w:val="19"/>
    <w:qFormat/>
    <w:rsid w:val="00FC693F"/>
    <w:rPr>
      <w:i/>
      <w:iCs/>
      <w:color w:val="808080" w:themeColor="text1" w:themeTint="7F"/>
    </w:rPr>
  </w:style>
  <w:style w:type="character" w:styleId="Intenzvnezvraznenie">
    <w:name w:val="Intense Emphasis"/>
    <w:basedOn w:val="Predvolenpsmoodseku"/>
    <w:uiPriority w:val="21"/>
    <w:qFormat/>
    <w:rsid w:val="00FC693F"/>
    <w:rPr>
      <w:b/>
      <w:bCs/>
      <w:i/>
      <w:iCs/>
      <w:color w:val="4F81BD" w:themeColor="accent1"/>
    </w:rPr>
  </w:style>
  <w:style w:type="character" w:styleId="Jemnodkaz">
    <w:name w:val="Subtle Reference"/>
    <w:basedOn w:val="Predvolenpsmoodseku"/>
    <w:uiPriority w:val="31"/>
    <w:qFormat/>
    <w:rsid w:val="00FC693F"/>
    <w:rPr>
      <w:smallCaps/>
      <w:color w:val="C0504D" w:themeColor="accent2"/>
      <w:u w:val="single"/>
    </w:rPr>
  </w:style>
  <w:style w:type="character" w:styleId="Zvraznenodkaz">
    <w:name w:val="Intense Reference"/>
    <w:basedOn w:val="Predvolenpsmoodsek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Nzovknihy">
    <w:name w:val="Book Title"/>
    <w:basedOn w:val="Predvolenpsmoodseku"/>
    <w:uiPriority w:val="33"/>
    <w:qFormat/>
    <w:rsid w:val="00FC693F"/>
    <w:rPr>
      <w:b/>
      <w:bCs/>
      <w:smallCaps/>
      <w:spacing w:val="5"/>
    </w:rPr>
  </w:style>
  <w:style w:type="paragraph" w:styleId="Hlavikaobsahu">
    <w:name w:val="TOC Heading"/>
    <w:basedOn w:val="Nadpis1"/>
    <w:next w:val="Normlny"/>
    <w:uiPriority w:val="39"/>
    <w:semiHidden/>
    <w:unhideWhenUsed/>
    <w:qFormat/>
    <w:rsid w:val="00FC693F"/>
    <w:pPr>
      <w:outlineLvl w:val="9"/>
    </w:pPr>
  </w:style>
  <w:style w:type="table" w:styleId="Mriekatabuky">
    <w:name w:val="Table Grid"/>
    <w:basedOn w:val="Normlnatabuka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vetlpodfarbenie">
    <w:name w:val="Light Shading"/>
    <w:basedOn w:val="Normlnatabuka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vetlpodfarbeniezvraznenie1">
    <w:name w:val="Light Shading Accent 1"/>
    <w:basedOn w:val="Normlnatabuka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vetlpodfarbeniezvraznenie2">
    <w:name w:val="Light Shading Accent 2"/>
    <w:basedOn w:val="Normlnatabuka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vetlpodfarbeniezvraznenie3">
    <w:name w:val="Light Shading Accent 3"/>
    <w:basedOn w:val="Normlnatabuka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vetlpodfarbeniezvraznenie4">
    <w:name w:val="Light Shading Accent 4"/>
    <w:basedOn w:val="Normlnatabuka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vetlpodfarbeniezvraznenie5">
    <w:name w:val="Light Shading Accent 5"/>
    <w:basedOn w:val="Normlnatabuka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vetlpodfarbeniezvraznenie6">
    <w:name w:val="Light Shading Accent 6"/>
    <w:basedOn w:val="Normlnatabuka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Svetlzoznam">
    <w:name w:val="Light List"/>
    <w:basedOn w:val="Normlnatabuka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Svetlzoznamzvraznenie1">
    <w:name w:val="Light List Accent 1"/>
    <w:basedOn w:val="Normlnatabuka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Svetlzoznamzvraznenie2">
    <w:name w:val="Light List Accent 2"/>
    <w:basedOn w:val="Normlnatabu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Svetlzoznamzvraznenie3">
    <w:name w:val="Light List Accent 3"/>
    <w:basedOn w:val="Normlnatabu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Svetlzoznamzvraznenie4">
    <w:name w:val="Light List Accent 4"/>
    <w:basedOn w:val="Normlnatabu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Svetlzoznamzvraznenie5">
    <w:name w:val="Light List Accent 5"/>
    <w:basedOn w:val="Normlnatabu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Svetlzoznamzvraznenie6">
    <w:name w:val="Light List Accent 6"/>
    <w:basedOn w:val="Normlnatabu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Svetlmrieka">
    <w:name w:val="Light Grid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Svetlmriekazvraznenie1">
    <w:name w:val="Light Grid Accent 1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Svetlmriekazvraznenie2">
    <w:name w:val="Light Grid Accent 2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Svetlmriekazvraznenie3">
    <w:name w:val="Light Grid Accent 3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Svetlmriekazvraznenie4">
    <w:name w:val="Light Grid Accent 4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Svetlmriekazvraznenie5">
    <w:name w:val="Light Grid Accent 5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Svetlmriekazvraznenie6">
    <w:name w:val="Light Grid Accent 6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trednpodfarbenie1">
    <w:name w:val="Medium Shading 1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1zvraznenie1">
    <w:name w:val="Medium Shading 1 Accent 1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1zvraznenie2">
    <w:name w:val="Medium Shading 1 Accent 2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1zvraznenie3">
    <w:name w:val="Medium Shading 1 Accent 3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1zvraznenie4">
    <w:name w:val="Medium Shading 1 Accent 4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1zvraznenie5">
    <w:name w:val="Medium Shading 1 Accent 5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Farebnpodfarbenie1zvraznenie6">
    <w:name w:val="Medium Shading 1 Accent 6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2">
    <w:name w:val="Medium Shading 2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rednpodfarbenie2zvraznenie1">
    <w:name w:val="Medium Shading 2 Accent 1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rednpodfarbenie2zvraznenie2">
    <w:name w:val="Medium Shading 2 Accent 2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rednpodfarbenie2zvraznenie3">
    <w:name w:val="Medium Shading 2 Accent 3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rednpodfarbenie2zvraznenie4">
    <w:name w:val="Medium Shading 2 Accent 4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rednpodfarbenie2zvraznenie5">
    <w:name w:val="Medium Shading 2 Accent 5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Farebnpodfarbenie2zvraznenie6">
    <w:name w:val="Medium Shading 2 Accent 6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rednzoznam1">
    <w:name w:val="Medium List 1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Strednzoznam1zvraznenie1">
    <w:name w:val="Medium List 1 Accent 1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Strednzoznam1zvraznenie2">
    <w:name w:val="Medium List 1 Accent 2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Strednzoznam1zvraznenie3">
    <w:name w:val="Medium List 1 Accent 3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Strednzoznam1zvraznenie4">
    <w:name w:val="Medium List 1 Accent 4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Strednzoznam1zvraznenie5">
    <w:name w:val="Medium List 1 Accent 5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Strednzoznam1zvraznenie6">
    <w:name w:val="Medium List 1 Accent 6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Strednzoznam2">
    <w:name w:val="Medium List 2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1">
    <w:name w:val="Medium List 2 Accent 1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2">
    <w:name w:val="Medium List 2 Accent 2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3">
    <w:name w:val="Medium List 2 Accent 3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4">
    <w:name w:val="Medium List 2 Accent 4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5">
    <w:name w:val="Medium List 2 Accent 5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6">
    <w:name w:val="Medium List 2 Accent 6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mrieka1">
    <w:name w:val="Medium Grid 1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Strednmrieka1zvraznenie1">
    <w:name w:val="Medium Grid 1 Accent 1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Strednmrieka1zvraznenie2">
    <w:name w:val="Medium Grid 1 Accent 2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Strednmrieka1zvraznenie3">
    <w:name w:val="Medium Grid 1 Accent 3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trednmrieka1zvraznenie4">
    <w:name w:val="Medium Grid 1 Accent 4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Strednmrieka1zvraznenie5">
    <w:name w:val="Medium Grid 1 Accent 5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Strednmrieka1zvraznenie6">
    <w:name w:val="Medium Grid 1 Accent 6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Strednmrieka2">
    <w:name w:val="Medium Grid 2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1">
    <w:name w:val="Medium Grid 2 Accent 1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2">
    <w:name w:val="Medium Grid 2 Accent 2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3">
    <w:name w:val="Medium Grid 2 Accent 3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4">
    <w:name w:val="Medium Grid 2 Accent 4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5">
    <w:name w:val="Medium Grid 2 Accent 5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6">
    <w:name w:val="Medium Grid 2 Accent 6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3">
    <w:name w:val="Medium Grid 3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Strednmrieka3zvraznenie1">
    <w:name w:val="Medium Grid 3 Accent 1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Strednmrieka3zvraznenie2">
    <w:name w:val="Medium Grid 3 Accent 2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Strednmrieka3zvraznenie3">
    <w:name w:val="Medium Grid 3 Accent 3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Strednmrieka3zvraznenie4">
    <w:name w:val="Medium Grid 3 Accent 4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Strednmrieka3zvraznenie5">
    <w:name w:val="Medium Grid 3 Accent 5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Strednmrieka3zvraznenie6">
    <w:name w:val="Medium Grid 3 Accent 6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Tmavzoznam">
    <w:name w:val="Dark List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Tmavzoznamzvraznenie1">
    <w:name w:val="Dark List Accent 1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Tmavzoznamzvraznenie2">
    <w:name w:val="Dark List Accent 2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Tmavzoznamzvraznenie3">
    <w:name w:val="Dark List Accent 3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Tmavzoznamzvraznenie4">
    <w:name w:val="Dark List Accent 4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Tmavzoznamzvraznenie5">
    <w:name w:val="Dark List Accent 5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Tmavzoznamzvraznenie6">
    <w:name w:val="Dark List Accent 6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Farebnpodfarbenie">
    <w:name w:val="Colorful Shading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podfarbeniezvraznenie1">
    <w:name w:val="Colorful Shading Accent 1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podfarbeniezvraznenie2">
    <w:name w:val="Colorful Shading Accent 2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podfarbeniezvraznenie3">
    <w:name w:val="Colorful Shading Accent 3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ebnpodfarbeniezvraznenie4">
    <w:name w:val="Colorful Shading Accent 4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podfarbeniezvraznenie5">
    <w:name w:val="Colorful Shading Accent 5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podfarbeniezvraznenie6">
    <w:name w:val="Colorful Shading Accent 6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zoznam">
    <w:name w:val="Colorful List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ebnzoznamzvraznenie1">
    <w:name w:val="Colorful List Accent 1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Farebnzoznamzvraznenie2">
    <w:name w:val="Colorful List Accent 2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Farebnzoznamzvraznenie3">
    <w:name w:val="Colorful List Accent 3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Farebnzoznamzvraznenie4">
    <w:name w:val="Colorful List Accent 4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Farebnzoznamzvraznenie5">
    <w:name w:val="Colorful List Accent 5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Farebnzoznamzvraznenie6">
    <w:name w:val="Colorful List Accent 6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Farebnmrieka">
    <w:name w:val="Colorful Grid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ebnmriekazvraznenie1">
    <w:name w:val="Colorful Grid Accent 1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Farebnmriekazvraznenie2">
    <w:name w:val="Colorful Grid Accent 2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Farebnmriekazvraznenie3">
    <w:name w:val="Colorful Grid Accent 3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ebnmriekazvraznenie4">
    <w:name w:val="Colorful Grid Accent 4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Farebnmriekazvraznenie5">
    <w:name w:val="Colorful Grid Accent 5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Farebnmriekazvraznenie6">
    <w:name w:val="Colorful Grid Accent 6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1DB32BE8-04E9-4CCF-A5E9-26F2E39CA1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146</Words>
  <Characters>836</Characters>
  <Application>Microsoft Office Word</Application>
  <DocSecurity>0</DocSecurity>
  <Lines>6</Lines>
  <Paragraphs>1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981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ucitel</cp:lastModifiedBy>
  <cp:revision>3</cp:revision>
  <dcterms:created xsi:type="dcterms:W3CDTF">2026-03-09T11:19:00Z</dcterms:created>
  <dcterms:modified xsi:type="dcterms:W3CDTF">2026-03-09T11:19:00Z</dcterms:modified>
  <cp:category/>
</cp:coreProperties>
</file>